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ХАРАКТЕРИСТИКА</w:t>
      </w:r>
    </w:p>
    <w:p>
      <w:pPr>
        <w:jc w:val="center"/>
      </w:pPr>
      <w:r>
        <w:rPr>
          <w:b w:val="0"/>
        </w:rPr>
        <w:t>на ученицу 8 «А» класса</w:t>
      </w:r>
    </w:p>
    <w:p>
      <w:pPr>
        <w:jc w:val="center"/>
      </w:pPr>
      <w:r>
        <w:rPr>
          <w:b w:val="0"/>
        </w:rPr>
        <w:t>МБОУ СОШ № 23</w:t>
      </w:r>
    </w:p>
    <w:p>
      <w:pPr>
        <w:jc w:val="center"/>
      </w:pPr>
      <w:r>
        <w:rPr>
          <w:b w:val="0"/>
        </w:rPr>
        <w:t>Соколова Полина Павловна</w:t>
      </w:r>
    </w:p>
    <w:p/>
    <w:p>
      <w:pPr>
        <w:ind w:firstLine="709"/>
        <w:jc w:val="both"/>
      </w:pPr>
      <w:r>
        <w:t>Соколова Полина Павловна обучается в 8 «А» классе МБОУ СОШ № 23 с 2021 года.</w:t>
      </w:r>
    </w:p>
    <w:p>
      <w:pPr>
        <w:ind w:firstLine="709"/>
        <w:jc w:val="both"/>
      </w:pPr>
      <w:r>
        <w:t>В восьмом классе появились новые предметы; к возросшей нагрузке Полина отнеслась серьёзно.</w:t>
      </w:r>
    </w:p>
    <w:p>
      <w:pPr>
        <w:ind w:firstLine="709"/>
        <w:jc w:val="both"/>
      </w:pPr>
      <w:r>
        <w:t>Учебные результаты неровные: по одним предметам успевает хорошо, по другим нуждается в дополнительной помощи. Посещаемость удовлетворительная, отмечаются отдельные опоздания. Дисциплина в целом удовлетворительная; замечания бывают, но на них Полина реагирует правильно.</w:t>
      </w:r>
    </w:p>
    <w:p>
      <w:pPr>
        <w:ind w:firstLine="709"/>
        <w:jc w:val="both"/>
      </w:pPr>
      <w:r>
        <w:t>В коллективе держится спокойно, в конфликты вступает редко. Отношения с педагогами ровные, без конфликтов. Сведений о вредных привычках нет, беседы о здоровом образе жизни воспринимает спокойно.</w:t>
      </w:r>
    </w:p>
    <w:p>
      <w:pPr>
        <w:ind w:firstLine="709"/>
        <w:jc w:val="both"/>
      </w:pPr>
      <w:r>
        <w:t>На учёте не состоит, однако были отдельные нарушения школьных правил, по которым проводились беседы. Классный руководитель проводит индивидуальные беседы, ситуация находится под контролем. Родители поддерживают связь со школой, но на собраниях бывают не всегда.</w:t>
      </w:r>
    </w:p>
    <w:p>
      <w:pPr>
        <w:ind w:firstLine="709"/>
        <w:jc w:val="both"/>
      </w:pPr>
      <w:r>
        <w:t>По характеру Полина ответственна и неорганизована. Во внеурочное время участвует в предметных олимпиадах.</w:t>
      </w:r>
    </w:p>
    <w:p>
      <w:pPr>
        <w:ind w:firstLine="709"/>
        <w:jc w:val="both"/>
      </w:pPr>
      <w:r>
        <w:t>Характеристика выдана для предоставления в подразделение по делам несовершеннолетних отдела полиции.</w:t>
      </w:r>
    </w:p>
    <w:p/>
    <w:p>
      <w:r>
        <w:t>Классный руководитель ____________ / ____________</w:t>
      </w:r>
    </w:p>
    <w:p>
      <w:r>
        <w:t>Директор ____________ / ____________</w:t>
      </w:r>
    </w:p>
    <w:p>
      <w:r>
        <w:t>М. П.   «___» __________ 20__ г.</w:t>
      </w:r>
    </w:p>
    <w:sectPr w:rsidR="00FC693F" w:rsidRPr="0006063C" w:rsidSect="00034616">
      <w:pgSz w:w="12240" w:h="15840"/>
      <w:pgMar w:top="1440" w:right="850"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Характеристика на ученика 8 класса в ПДН (полицию) — образец</dc:title>
  <dc:subject/>
  <dc:creator>Характерник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