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8 «Г» класса</w:t>
      </w:r>
    </w:p>
    <w:p>
      <w:pPr>
        <w:jc w:val="center"/>
      </w:pPr>
      <w:r>
        <w:rPr>
          <w:b w:val="0"/>
        </w:rPr>
        <w:t>МБОУ СОШ № 4</w:t>
      </w:r>
    </w:p>
    <w:p>
      <w:pPr>
        <w:jc w:val="center"/>
      </w:pPr>
      <w:r>
        <w:rPr>
          <w:b w:val="0"/>
        </w:rPr>
        <w:t>Кузнецов Иван Дмитриевич</w:t>
      </w:r>
    </w:p>
    <w:p/>
    <w:p>
      <w:pPr>
        <w:ind w:firstLine="709"/>
        <w:jc w:val="both"/>
      </w:pPr>
      <w:r>
        <w:t>Кузнецов Иван Дмитриевич — ученик 8 «Г» класса МБОУ СОШ № 4 с 2022 года.</w:t>
      </w:r>
    </w:p>
    <w:p>
      <w:pPr>
        <w:ind w:firstLine="709"/>
        <w:jc w:val="both"/>
      </w:pPr>
      <w:r>
        <w:t>В восьмом классе появились новые предметы; к возросшей нагрузке Иван отнёсся серьёзно.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К учёбе относится ответственно: домашние задания выполняет регулярно и аккуратно.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Дисциплинирован, правила поведения в школе соблюдает, замечаний не имеет. Общителен, имеет друзей в классе, умеет работать в группе и договариваться. С учителями вежлив и тактичен, прислушивается к советам и замечаниям.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Уроки без уважительной причины не пропускает, на занятия приходит подготовленным.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Иван самостоятелен и целеустремлён. Во внеурочное время любит рисовать.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Положительная характеристика на ученика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