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«А» класса</w:t>
      </w:r>
    </w:p>
    <w:p>
      <w:pPr>
        <w:jc w:val="center"/>
      </w:pPr>
      <w:r>
        <w:rPr>
          <w:b w:val="0"/>
        </w:rPr>
        <w:t>МБОУ СОШ № 23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— ученик 8 «А» класса МБОУ СОШ № 23 с 2017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Кирилл отнёсся серьёзно.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Кирилл добр и аккуратен.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8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