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учителя МБОУ СОШ № 27</w:t>
      </w:r>
    </w:p>
    <w:p>
      <w:pPr>
        <w:jc w:val="center"/>
      </w:pPr>
      <w:r>
        <w:rPr>
          <w:b w:val="0"/>
        </w:rPr>
        <w:t>Смирнова София Андреевна</w:t>
      </w:r>
    </w:p>
    <w:p/>
    <w:p>
      <w:pPr>
        <w:ind w:firstLine="709"/>
        <w:jc w:val="both"/>
      </w:pPr>
      <w:r>
        <w:t>Смирнова София Андреевна работает в образовательной организации с 2017 года, педагогический стаж — 12 лет.</w:t>
      </w:r>
    </w:p>
    <w:p>
      <w:pPr>
        <w:ind w:firstLine="709"/>
        <w:jc w:val="both"/>
      </w:pPr>
      <w:r>
        <w:t>Имеет высшее педагогическое образование, регулярно проходит курсы повышения квалификации. Владеет современными методиками обучения, использует цифровые образовательные ресурсы и проектную деятельность. Обучающиеся показывают стабильные результаты, становятся призёрами олимпиад и конкурсов.</w:t>
      </w:r>
    </w:p>
    <w:p>
      <w:pPr>
        <w:ind w:firstLine="709"/>
        <w:jc w:val="both"/>
      </w:pPr>
      <w:r>
        <w:t>Ведёт активную воспитательную работу, пользуется уважением учеников и родителей. Делится опытом с коллегами, участвует в работе методического объединения.</w:t>
      </w:r>
    </w:p>
    <w:p>
      <w:pPr>
        <w:ind w:firstLine="709"/>
        <w:jc w:val="both"/>
      </w:pPr>
      <w:r>
        <w:t>За многолетний добросовестный труд и высокие результаты обучающихся заслуживает награждения.</w:t>
      </w:r>
    </w:p>
    <w:p/>
    <w:p>
      <w:r>
        <w:t>Директор ____________ / ____________</w:t>
      </w:r>
    </w:p>
    <w:p>
      <w:r>
        <w:t>М. П.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учителя к награждению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