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9 «В» класса</w:t>
      </w:r>
    </w:p>
    <w:p>
      <w:pPr>
        <w:jc w:val="center"/>
      </w:pPr>
      <w:r>
        <w:rPr>
          <w:b w:val="0"/>
        </w:rPr>
        <w:t>МБОУ СОШ № 38</w:t>
      </w:r>
    </w:p>
    <w:p>
      <w:pPr>
        <w:jc w:val="center"/>
      </w:pPr>
      <w:r>
        <w:rPr>
          <w:b w:val="0"/>
        </w:rPr>
        <w:t>Смирнова София Андреевна</w:t>
      </w:r>
    </w:p>
    <w:p/>
    <w:p>
      <w:pPr>
        <w:ind w:firstLine="709"/>
        <w:jc w:val="both"/>
      </w:pPr>
      <w:r>
        <w:t>Смирнова София Андреевна — ученица 9 «В» класса МБОУ СОШ № 38 с 2020 года.</w:t>
      </w:r>
    </w:p>
    <w:p>
      <w:pPr>
        <w:ind w:firstLine="709"/>
        <w:jc w:val="both"/>
      </w:pPr>
      <w:r>
        <w:t>Выпускной класс основной школы: София сдаёт ОГЭ и выбирает между 10 классом и колледжем.</w:t>
      </w:r>
    </w:p>
    <w:p>
      <w:pPr>
        <w:ind w:firstLine="709"/>
        <w:jc w:val="both"/>
      </w:pPr>
      <w:r>
        <w:t>Обладает хорошими учебными способностями, стабильно показывает высокие результаты по большинству предметов. Учебная мотивация высокая — София любознательна и охотно берётся за дополнительные задания. Внимание устойчивое, хорошо развиты память и логическое мышление; объяснение учителя понимает с первого раза.</w:t>
      </w:r>
    </w:p>
    <w:p>
      <w:pPr>
        <w:ind w:firstLine="709"/>
        <w:jc w:val="both"/>
      </w:pPr>
      <w:r>
        <w:t>Ведёт себя корректно и сдержанно, требования учителей выполняет. Общительна, имеет друзей в классе, умеет работать в группе и договариваться. С учителями вежлива и тактична, прислушивается к советам и замечаниям.</w:t>
      </w:r>
    </w:p>
    <w:p>
      <w:pPr>
        <w:ind w:firstLine="709"/>
        <w:jc w:val="both"/>
      </w:pPr>
      <w:r>
        <w:t>Активно участвует в жизни класса и школы: мероприятиях, конкурсах, праздниках. Уроки без уважительной причины не пропускает, на занятия приходит подготовленным. Воспитывается в семье, где уделяют внимание обучению ребёнка; родители посещают собрания и поддерживают связь с классным руководителем.</w:t>
      </w:r>
    </w:p>
    <w:p>
      <w:pPr>
        <w:ind w:firstLine="709"/>
        <w:jc w:val="both"/>
      </w:pPr>
      <w:r>
        <w:t>По характеру София отзывчива и творческая. Во внеурочное время интересуется техникой и конструированием.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9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