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4 «В» класса</w:t>
      </w:r>
    </w:p>
    <w:p>
      <w:pPr>
        <w:jc w:val="center"/>
      </w:pPr>
      <w:r>
        <w:rPr>
          <w:b w:val="0"/>
        </w:rPr>
        <w:t>МБОУ СОШ № 28</w:t>
      </w:r>
    </w:p>
    <w:p>
      <w:pPr>
        <w:jc w:val="center"/>
      </w:pPr>
      <w:r>
        <w:rPr>
          <w:b w:val="0"/>
        </w:rPr>
        <w:t>Кузнецов Иван Дмитриевич</w:t>
      </w:r>
    </w:p>
    <w:p/>
    <w:p>
      <w:pPr>
        <w:ind w:firstLine="709"/>
        <w:jc w:val="both"/>
      </w:pPr>
      <w:r>
        <w:t>Кузнецов Иван Дмитриевич учится в 4 «В» классе МБОУ СОШ № 28 с 2022 года.</w:t>
      </w:r>
    </w:p>
    <w:p>
      <w:pPr>
        <w:ind w:firstLine="709"/>
        <w:jc w:val="both"/>
      </w:pPr>
      <w:r>
        <w:t>Заканчивает обучение в начальной школе; к переходу в пятый класс в целом готов.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К учёбе относится ответственно: домашние задания выполняет регулярно и аккуратно. Легко сосредотачивается, умеет анализировать и делать выводы, хорошо запоминает учебный материал.</w:t>
      </w:r>
    </w:p>
    <w:p>
      <w:pPr>
        <w:ind w:firstLine="709"/>
        <w:jc w:val="both"/>
      </w:pPr>
      <w:r>
        <w:t>Дисциплинирован, правила поведения в школе соблюдает, замечаний не имеет. Общителен, имеет друзей в классе, умеет работать в группе и договариваться. Уважительно относится к педагогам, охотно обращается за помощью и консультацией.</w:t>
      </w:r>
    </w:p>
    <w:p>
      <w:pPr>
        <w:ind w:firstLine="709"/>
        <w:jc w:val="both"/>
      </w:pPr>
      <w:r>
        <w:t>Охотно выполняет общественные поручения и проявляет инициативу в классных делах. Посещаемость хорошая, пропуски только по болезни. Воспитывается в семье, где уделяют внимание обучению ребёнка; родители посещают собрания и поддерживают связь с классным руководителем.</w:t>
      </w:r>
    </w:p>
    <w:p>
      <w:pPr>
        <w:ind w:firstLine="709"/>
        <w:jc w:val="both"/>
      </w:pPr>
      <w:r>
        <w:t>По характеру Иван ответствен и трудолюбив. Во внеурочное время занимается танцами.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4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