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студента-практиканта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проходил педагогическую практику в 5 «Г» классе МБОУ СОШ № 40.</w:t>
      </w:r>
    </w:p>
    <w:p>
      <w:pPr>
        <w:ind w:firstLine="709"/>
        <w:jc w:val="both"/>
      </w:pPr>
      <w:r>
        <w:t>К урокам готовился тщательно, конспекты составлял самостоятельно и вовремя. Провёл зачётные уроки на высоком уровне: чётко ставил цели, использовал разные формы работы. С учениками быстро нашёл общий язык, умеет удерживать внимание класса.</w:t>
      </w:r>
    </w:p>
    <w:p>
      <w:pPr>
        <w:ind w:firstLine="709"/>
        <w:jc w:val="both"/>
      </w:pPr>
      <w:r>
        <w:t>Дисциплинирован, пунктуален, выполняет требования администрации.</w:t>
      </w:r>
    </w:p>
    <w:p>
      <w:pPr>
        <w:ind w:firstLine="709"/>
        <w:jc w:val="both"/>
      </w:pPr>
      <w:r>
        <w:t>Работа практиканта заслуживает оценки «отлично».</w:t>
      </w:r>
    </w:p>
    <w:p/>
    <w:p>
      <w:r>
        <w:t>Руководитель практики от школы ____________ / ____________</w:t>
      </w:r>
    </w:p>
    <w:p>
      <w:r>
        <w:t>Директор ____________ / ____________</w:t>
      </w:r>
    </w:p>
    <w:p>
      <w:r>
        <w:t>М. П.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студента-практиканта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