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5 «В» класса</w:t>
      </w:r>
    </w:p>
    <w:p>
      <w:pPr>
        <w:jc w:val="center"/>
      </w:pPr>
      <w:r>
        <w:rPr>
          <w:b w:val="0"/>
        </w:rPr>
        <w:t>МБОУ СОШ № 16</w:t>
      </w:r>
    </w:p>
    <w:p>
      <w:pPr>
        <w:jc w:val="center"/>
      </w:pPr>
      <w:r>
        <w:rPr>
          <w:b w:val="0"/>
        </w:rPr>
        <w:t>Попов Михаил Алексеевич</w:t>
      </w:r>
    </w:p>
    <w:p/>
    <w:p>
      <w:pPr>
        <w:ind w:firstLine="709"/>
        <w:jc w:val="both"/>
      </w:pPr>
      <w:r>
        <w:t>Попов Михаил Алексеевич учится в 5 «В» классе МБОУ СОШ № 16 с 2016 года.</w:t>
      </w:r>
    </w:p>
    <w:p>
      <w:pPr>
        <w:ind w:firstLine="709"/>
        <w:jc w:val="both"/>
      </w:pPr>
      <w:r>
        <w:t>Переход к предметному обучению и смене учителей Михаил перенёс спокойно.</w:t>
      </w:r>
    </w:p>
    <w:p>
      <w:pPr>
        <w:ind w:firstLine="709"/>
        <w:jc w:val="both"/>
      </w:pPr>
      <w:r>
        <w:t>Учится на «хорошо» и «отлично», программный материал усваивает прочно и в полном объёме. Учебная мотивация высокая — Михаил любознателен и охотно берётся за дополнительные задания. Охотно выполняет общественные поручения и проявляет инициативу в классных делах.</w:t>
      </w:r>
    </w:p>
    <w:p>
      <w:pPr>
        <w:ind w:firstLine="709"/>
        <w:jc w:val="both"/>
      </w:pPr>
      <w:r>
        <w:t>В классе пользуется уважением, со сверстниками общается доброжелательно, конфликтов не допускает. Уважительно относится к педагогам, охотно обращается за помощью и консультацией. По характеру Михаил добр и честен.</w:t>
      </w:r>
    </w:p>
    <w:p>
      <w:pPr>
        <w:ind w:firstLine="709"/>
        <w:jc w:val="both"/>
      </w:pPr>
      <w:r>
        <w:t>Во внеурочное время участвует в предметных олимпиадах.</w:t>
      </w:r>
    </w:p>
    <w:p>
      <w:pPr>
        <w:ind w:firstLine="709"/>
        <w:jc w:val="both"/>
      </w:pPr>
      <w:r>
        <w:t>Характеристика выдана для предоставления для представления к награждению.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отличника 5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