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9 «В» класса</w:t>
      </w:r>
    </w:p>
    <w:p>
      <w:pPr>
        <w:jc w:val="center"/>
      </w:pPr>
      <w:r>
        <w:rPr>
          <w:b w:val="0"/>
        </w:rPr>
        <w:t>МБОУ СОШ № 38</w:t>
      </w:r>
    </w:p>
    <w:p>
      <w:pPr>
        <w:jc w:val="center"/>
      </w:pPr>
      <w:r>
        <w:rPr>
          <w:b w:val="0"/>
        </w:rPr>
        <w:t>Васильева Варвара Игоревна</w:t>
      </w:r>
    </w:p>
    <w:p/>
    <w:p>
      <w:pPr>
        <w:ind w:firstLine="709"/>
        <w:jc w:val="both"/>
      </w:pPr>
      <w:r>
        <w:t>Васильева Варвара Игоревна — ученица 9 «В» класса МБОУ СОШ № 38 с 2016 года.</w:t>
      </w:r>
    </w:p>
    <w:p>
      <w:pPr>
        <w:ind w:firstLine="709"/>
        <w:jc w:val="both"/>
      </w:pPr>
      <w:r>
        <w:t>Выпускной класс основной школы: Варвара сдаёт ОГЭ и выбирает между 10 классом и колледжем.</w:t>
      </w:r>
    </w:p>
    <w:p>
      <w:pPr>
        <w:ind w:firstLine="709"/>
        <w:jc w:val="both"/>
      </w:pPr>
      <w:r>
        <w:t>Обладает хорошими учебными способностями, стабильно показывает высокие результаты по большинству предметов. Учебная мотивация высокая — Варвара любознательна и охотно берётся за дополнительные задания. Легко сосредотачивается, умеет анализировать и делать выводы, хорошо запоминает учебный материал.</w:t>
      </w:r>
    </w:p>
    <w:p>
      <w:pPr>
        <w:ind w:firstLine="709"/>
        <w:jc w:val="both"/>
      </w:pPr>
      <w:r>
        <w:t>Определилась с направлением дальнейшего обучения, целенаправленно готовится к экзаменам по профильным предметам. Охотно выполняет общественные поручения и проявляет инициативу в классных делах. Общительна, имеет друзей в классе, умеет работать в группе и договариваться.</w:t>
      </w:r>
    </w:p>
    <w:p>
      <w:pPr>
        <w:ind w:firstLine="709"/>
        <w:jc w:val="both"/>
      </w:pPr>
      <w:r>
        <w:t>С учителями вежлива и тактична, прислушивается к советам и замечаниям. По характеру Варвара вежлива и отзывчива. Во внеурочное время много читает.</w:t>
      </w:r>
    </w:p>
    <w:p>
      <w:pPr>
        <w:ind w:firstLine="709"/>
        <w:jc w:val="both"/>
      </w:pPr>
      <w:r>
        <w:t>Характеристика выдана для предоставления в приёмную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9 класса для поступления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