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«Б»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Петрова Алиса Олеговна</w:t>
      </w:r>
    </w:p>
    <w:p/>
    <w:p>
      <w:pPr>
        <w:ind w:firstLine="709"/>
        <w:jc w:val="both"/>
      </w:pPr>
      <w:r>
        <w:t>Петрова Алиса Олеговна обучается в 2 «Б» классе МБОУ СОШ № 38 с 2021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Ведёт себя корректно и сдержанно, требования учителей выполняет.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Уроки без уважительной причины не пропускает, на занятия приходит подготовленным. По характеру Алиса ответственна и самостоятельна.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2 класса для перевода в другую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