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«А» класса</w:t>
      </w:r>
    </w:p>
    <w:p>
      <w:pPr>
        <w:jc w:val="center"/>
      </w:pPr>
      <w:r>
        <w:rPr>
          <w:b w:val="0"/>
        </w:rPr>
        <w:t>МБОУ СОШ № 11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обучается в 3 «А» классе МБОУ СОШ № 11 с 2018 года.</w:t>
      </w:r>
    </w:p>
    <w:p>
      <w:pPr>
        <w:ind w:firstLine="709"/>
        <w:jc w:val="both"/>
      </w:pPr>
      <w:r>
        <w:t>В третьем классе объём учебной нагрузки вырос; Марк в целом справляется с возросшими требованиями.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Марк любознателен и охотно берётся за дополнительные задания.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С учителями вежлив и тактичен, прислушивается к советам и замечаниям. По характеру Марк отзывчив и самостоятелен.</w:t>
      </w:r>
    </w:p>
    <w:p>
      <w:pPr>
        <w:ind w:firstLine="709"/>
        <w:jc w:val="both"/>
      </w:pPr>
      <w:r>
        <w:t>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на награждение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